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4C501" w14:textId="4BC2ED46" w:rsidR="006F2AAB" w:rsidRPr="00132E91" w:rsidRDefault="005B64CC" w:rsidP="006F2AAB">
      <w:pPr>
        <w:pStyle w:val="NoSpacing"/>
        <w:jc w:val="center"/>
        <w:rPr>
          <w:rFonts w:ascii="Times New Roman" w:hAnsi="Times New Roman"/>
          <w:b/>
          <w:color w:val="FF0000"/>
          <w:sz w:val="40"/>
          <w:szCs w:val="28"/>
        </w:rPr>
      </w:pPr>
      <w:r>
        <w:rPr>
          <w:rFonts w:ascii="Arial Black" w:hAnsi="Arial Black"/>
          <w:b/>
          <w:noProof/>
          <w:color w:val="00B050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15810E" wp14:editId="2A3C802C">
                <wp:simplePos x="0" y="0"/>
                <wp:positionH relativeFrom="column">
                  <wp:posOffset>-762000</wp:posOffset>
                </wp:positionH>
                <wp:positionV relativeFrom="paragraph">
                  <wp:posOffset>352425</wp:posOffset>
                </wp:positionV>
                <wp:extent cx="1257300" cy="1047750"/>
                <wp:effectExtent l="0" t="0" r="0" b="0"/>
                <wp:wrapNone/>
                <wp:docPr id="3094579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04775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</wps:spPr>
                      <wps:txbx>
                        <w:txbxContent>
                          <w:p w14:paraId="51DD2CAF" w14:textId="77777777" w:rsidR="005B64CC" w:rsidRDefault="005B64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581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0pt;margin-top:27.75pt;width:99pt;height:8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" stroked="f" strokeweight=".5pt">
                <v:fill r:id="rId9" o:title="" recolor="t" rotate="t" type="frame"/>
                <v:textbox>
                  <w:txbxContent>
                    <w:p w14:paraId="51DD2CAF" w14:textId="77777777" w:rsidR="005B64CC" w:rsidRDefault="005B64CC"/>
                  </w:txbxContent>
                </v:textbox>
              </v:shape>
            </w:pict>
          </mc:Fallback>
        </mc:AlternateContent>
      </w:r>
      <w:r w:rsidR="006F2AAB" w:rsidRPr="00B01CC8">
        <w:rPr>
          <w:rFonts w:ascii="Arial Black" w:hAnsi="Arial Black"/>
          <w:b/>
          <w:color w:val="00B050"/>
          <w:sz w:val="40"/>
          <w:szCs w:val="32"/>
        </w:rPr>
        <w:t>RICHMOND HIGH SCHOOL MATUGGA</w:t>
      </w:r>
    </w:p>
    <w:p w14:paraId="2456AB21" w14:textId="77777777" w:rsidR="006F2AAB" w:rsidRPr="004E76A8" w:rsidRDefault="006F2AAB" w:rsidP="006F2AAB">
      <w:pPr>
        <w:spacing w:after="0"/>
        <w:jc w:val="center"/>
        <w:rPr>
          <w:rFonts w:ascii="Aptos Narrow" w:hAnsi="Aptos Narrow"/>
          <w:b/>
          <w:bCs/>
          <w:szCs w:val="20"/>
          <w:lang w:val="en-GB"/>
        </w:rPr>
      </w:pPr>
      <w:r w:rsidRPr="004E76A8">
        <w:rPr>
          <w:rFonts w:ascii="Aptos Narrow" w:hAnsi="Aptos Narrow"/>
          <w:b/>
          <w:bCs/>
          <w:szCs w:val="20"/>
          <w:lang w:val="en-GB"/>
        </w:rPr>
        <w:t>Day and Boarding, Mixed O</w:t>
      </w:r>
      <w:r>
        <w:rPr>
          <w:rFonts w:ascii="Aptos Narrow" w:hAnsi="Aptos Narrow"/>
          <w:b/>
          <w:bCs/>
          <w:szCs w:val="20"/>
          <w:lang w:val="en-GB"/>
        </w:rPr>
        <w:t>’</w:t>
      </w:r>
      <w:r w:rsidRPr="004E76A8">
        <w:rPr>
          <w:rFonts w:ascii="Aptos Narrow" w:hAnsi="Aptos Narrow"/>
          <w:b/>
          <w:bCs/>
          <w:szCs w:val="20"/>
          <w:lang w:val="en-GB"/>
        </w:rPr>
        <w:t xml:space="preserve"> and A</w:t>
      </w:r>
      <w:r>
        <w:rPr>
          <w:rFonts w:ascii="Aptos Narrow" w:hAnsi="Aptos Narrow"/>
          <w:b/>
          <w:bCs/>
          <w:szCs w:val="20"/>
          <w:lang w:val="en-GB"/>
        </w:rPr>
        <w:t>’</w:t>
      </w:r>
      <w:r w:rsidRPr="004E76A8">
        <w:rPr>
          <w:rFonts w:ascii="Aptos Narrow" w:hAnsi="Aptos Narrow"/>
          <w:b/>
          <w:bCs/>
          <w:szCs w:val="20"/>
          <w:lang w:val="en-GB"/>
        </w:rPr>
        <w:t xml:space="preserve"> Level, Arts and Sciences</w:t>
      </w:r>
    </w:p>
    <w:p w14:paraId="2BEFDCD1" w14:textId="77777777" w:rsidR="006F2AAB" w:rsidRPr="007C7572" w:rsidRDefault="006F2AAB" w:rsidP="006F2AAB">
      <w:pPr>
        <w:spacing w:after="0"/>
        <w:jc w:val="center"/>
        <w:rPr>
          <w:rFonts w:ascii="Aptos Display" w:hAnsi="Aptos Display"/>
        </w:rPr>
      </w:pPr>
      <w:r w:rsidRPr="007C7572">
        <w:rPr>
          <w:rFonts w:ascii="Aptos Display" w:hAnsi="Aptos Display"/>
        </w:rPr>
        <w:t>Kavule Village, Gombe-Wakiso</w:t>
      </w:r>
    </w:p>
    <w:p w14:paraId="2BF710DF" w14:textId="77777777" w:rsidR="006F2AAB" w:rsidRPr="007C7572" w:rsidRDefault="006F2AAB" w:rsidP="006F2AAB">
      <w:pPr>
        <w:spacing w:after="0"/>
        <w:jc w:val="center"/>
        <w:rPr>
          <w:rFonts w:ascii="Aptos Display" w:hAnsi="Aptos Display"/>
        </w:rPr>
      </w:pPr>
      <w:r w:rsidRPr="007C7572">
        <w:rPr>
          <w:rFonts w:ascii="Segoe UI Emoji" w:eastAsia="PMingLiU" w:hAnsi="Segoe UI Emoji" w:cs="Segoe UI Emoji"/>
          <w:szCs w:val="24"/>
          <w:lang w:val="en-GB" w:eastAsia="zh-TW"/>
        </w:rPr>
        <w:t>☎️</w:t>
      </w:r>
      <w:r w:rsidRPr="007C7572">
        <w:rPr>
          <w:rFonts w:ascii="Aptos Display" w:hAnsi="Aptos Display"/>
        </w:rPr>
        <w:t>0772-675-787</w:t>
      </w:r>
      <w:r>
        <w:rPr>
          <w:rFonts w:ascii="Aptos Display" w:hAnsi="Aptos Display"/>
        </w:rPr>
        <w:t>/</w:t>
      </w:r>
      <w:r w:rsidRPr="007C7572">
        <w:rPr>
          <w:rFonts w:ascii="Aptos Display" w:hAnsi="Aptos Display"/>
        </w:rPr>
        <w:t>0759-553-054</w:t>
      </w:r>
    </w:p>
    <w:p w14:paraId="354FDBD3" w14:textId="778C4BAF" w:rsidR="006F2AAB" w:rsidRPr="006F2AAB" w:rsidRDefault="006F2AAB" w:rsidP="006F2AAB">
      <w:pPr>
        <w:spacing w:after="0" w:line="240" w:lineRule="auto"/>
        <w:ind w:right="-810"/>
        <w:jc w:val="center"/>
        <w:rPr>
          <w:rFonts w:cstheme="minorHAnsi"/>
          <w:b/>
          <w:sz w:val="18"/>
          <w:szCs w:val="16"/>
          <w:lang w:val="en-GB"/>
        </w:rPr>
      </w:pPr>
      <w:hyperlink r:id="rId10" w:history="1">
        <w:r w:rsidRPr="007C7572">
          <w:rPr>
            <w:rStyle w:val="Hyperlink"/>
            <w:rFonts w:ascii="Aptos Display" w:hAnsi="Aptos Display"/>
          </w:rPr>
          <w:t>richmondcollege31@gmail.com</w:t>
        </w:r>
      </w:hyperlink>
    </w:p>
    <w:p w14:paraId="31824D21" w14:textId="24B6B563" w:rsidR="003552A4" w:rsidRDefault="006F2AAB">
      <w:pPr>
        <w:pStyle w:val="Title"/>
      </w:pPr>
      <w:r>
        <w:rPr>
          <w:rFonts w:ascii="Bell MT" w:eastAsia="Calibri" w:hAnsi="Bell MT" w:cs="Times New Roman"/>
          <w:sz w:val="24"/>
          <w:lang w:val="en-GB"/>
        </w:rPr>
        <w:pict w14:anchorId="796299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7pt;height:4.5pt;mso-position-horizontal:absolute;mso-position-horizontal-relative:text;mso-position-vertical:absolute;mso-position-vertical-relative:text" o:hrpct="0" o:hralign="center" o:hr="t">
            <v:imagedata r:id="rId11" o:title="BD21320_"/>
          </v:shape>
        </w:pict>
      </w:r>
    </w:p>
    <w:p w14:paraId="6ED5B038" w14:textId="534ED1E5" w:rsidR="003552A4" w:rsidRDefault="00000000" w:rsidP="00C86538">
      <w:pPr>
        <w:jc w:val="center"/>
      </w:pPr>
      <w:r w:rsidRPr="00C86538">
        <w:rPr>
          <w:sz w:val="44"/>
          <w:szCs w:val="40"/>
        </w:rPr>
        <w:t>BURSARY APPLICATION FORM</w:t>
      </w:r>
      <w:r w:rsidRPr="00C86538">
        <w:rPr>
          <w:sz w:val="44"/>
          <w:szCs w:val="40"/>
        </w:rPr>
        <w:br/>
      </w:r>
    </w:p>
    <w:p w14:paraId="16D64E41" w14:textId="77777777" w:rsidR="003552A4" w:rsidRDefault="00000000">
      <w:pPr>
        <w:pStyle w:val="Heading1"/>
      </w:pPr>
      <w:r>
        <w:t>SECTION A: APPLICANT'S INFORMATION</w:t>
      </w:r>
    </w:p>
    <w:p w14:paraId="3684DB78" w14:textId="77777777" w:rsidR="003552A4" w:rsidRDefault="00000000">
      <w:r>
        <w:t>1. Full Name of Student: ___________________________________________</w:t>
      </w:r>
    </w:p>
    <w:p w14:paraId="21E46BDA" w14:textId="77777777" w:rsidR="003552A4" w:rsidRDefault="00000000">
      <w:r>
        <w:t>2. Sex: ☐ Male ☐ Female</w:t>
      </w:r>
    </w:p>
    <w:p w14:paraId="530A5B31" w14:textId="77777777" w:rsidR="003552A4" w:rsidRDefault="00000000">
      <w:r>
        <w:t>3. Date of Birth: ___ / ___ / ______</w:t>
      </w:r>
    </w:p>
    <w:p w14:paraId="4F594E34" w14:textId="77777777" w:rsidR="003552A4" w:rsidRDefault="00000000">
      <w:r>
        <w:t>4. Class Applying For: ________________________</w:t>
      </w:r>
    </w:p>
    <w:p w14:paraId="3019EDD8" w14:textId="77777777" w:rsidR="003552A4" w:rsidRDefault="00000000">
      <w:r>
        <w:t>5. Admission Number (if already enrolled): ____________________</w:t>
      </w:r>
    </w:p>
    <w:p w14:paraId="6DC63FD9" w14:textId="77777777" w:rsidR="003552A4" w:rsidRDefault="00000000">
      <w:r>
        <w:t>6. Current/Last School Attended: ___________________________________</w:t>
      </w:r>
    </w:p>
    <w:p w14:paraId="698C5380" w14:textId="77777777" w:rsidR="003552A4" w:rsidRDefault="00000000">
      <w:r>
        <w:t>7. Home District: ____________________ Sub-County: _______________</w:t>
      </w:r>
    </w:p>
    <w:p w14:paraId="476C5674" w14:textId="77777777" w:rsidR="003552A4" w:rsidRDefault="00000000">
      <w:r>
        <w:t>8. Village: ______________________ Parish: ________________________</w:t>
      </w:r>
    </w:p>
    <w:p w14:paraId="223D6AC5" w14:textId="77777777" w:rsidR="003552A4" w:rsidRDefault="00000000">
      <w:pPr>
        <w:pStyle w:val="Heading1"/>
      </w:pPr>
      <w:r>
        <w:t>SECTION B: FAMILY INFORMATION</w:t>
      </w:r>
    </w:p>
    <w:p w14:paraId="2935DE1C" w14:textId="77777777" w:rsidR="003552A4" w:rsidRDefault="00000000">
      <w:r>
        <w:t>1. Father’s Name: ____________________________________</w:t>
      </w:r>
    </w:p>
    <w:p w14:paraId="1296AA26" w14:textId="77777777" w:rsidR="003552A4" w:rsidRDefault="00000000">
      <w:r>
        <w:t xml:space="preserve">   - Alive? ☐ Yes ☐ No</w:t>
      </w:r>
    </w:p>
    <w:p w14:paraId="390A1C57" w14:textId="77777777" w:rsidR="003552A4" w:rsidRDefault="00000000">
      <w:r>
        <w:t xml:space="preserve">   - Occupation: ____________________________</w:t>
      </w:r>
    </w:p>
    <w:p w14:paraId="53EE19B5" w14:textId="77777777" w:rsidR="003552A4" w:rsidRDefault="00000000">
      <w:r>
        <w:t xml:space="preserve">   - Monthly Income (UGX): ______________</w:t>
      </w:r>
    </w:p>
    <w:p w14:paraId="1BCD3B04" w14:textId="77777777" w:rsidR="004800A0" w:rsidRDefault="004800A0"/>
    <w:p w14:paraId="45C75DA8" w14:textId="77777777" w:rsidR="004800A0" w:rsidRDefault="004800A0"/>
    <w:p w14:paraId="705D285E" w14:textId="77777777" w:rsidR="003552A4" w:rsidRDefault="00000000">
      <w:r>
        <w:lastRenderedPageBreak/>
        <w:t>2. Mother’s Name: ___________________________________</w:t>
      </w:r>
    </w:p>
    <w:p w14:paraId="40E28267" w14:textId="77777777" w:rsidR="003552A4" w:rsidRDefault="00000000">
      <w:r>
        <w:t xml:space="preserve">   - Alive? ☐ Yes ☐ No</w:t>
      </w:r>
    </w:p>
    <w:p w14:paraId="4CB184C1" w14:textId="77777777" w:rsidR="003552A4" w:rsidRDefault="00000000">
      <w:r>
        <w:t xml:space="preserve">   - Occupation: ____________________________</w:t>
      </w:r>
    </w:p>
    <w:p w14:paraId="513ECA10" w14:textId="77777777" w:rsidR="003552A4" w:rsidRDefault="00000000">
      <w:r>
        <w:t xml:space="preserve">   - Monthly Income (UGX): ______________</w:t>
      </w:r>
    </w:p>
    <w:p w14:paraId="70DA9B81" w14:textId="77777777" w:rsidR="003552A4" w:rsidRDefault="00000000">
      <w:r>
        <w:t>3. Guardian’s Name (if applicable): ____________________________</w:t>
      </w:r>
    </w:p>
    <w:p w14:paraId="0D8C9FF3" w14:textId="77777777" w:rsidR="003552A4" w:rsidRDefault="00000000">
      <w:r>
        <w:t xml:space="preserve">   - Relationship to Student: _______________</w:t>
      </w:r>
    </w:p>
    <w:p w14:paraId="66E0D8F5" w14:textId="77777777" w:rsidR="003552A4" w:rsidRDefault="00000000">
      <w:r>
        <w:t xml:space="preserve">   - Occupation: __________________________</w:t>
      </w:r>
    </w:p>
    <w:p w14:paraId="5AF02B3C" w14:textId="77777777" w:rsidR="003552A4" w:rsidRDefault="00000000">
      <w:r>
        <w:t xml:space="preserve">   - Monthly Income (UGX): _______________</w:t>
      </w:r>
    </w:p>
    <w:p w14:paraId="4AB77CC8" w14:textId="77777777" w:rsidR="003552A4" w:rsidRDefault="00000000">
      <w:r>
        <w:t>4. Number of Siblings: __________</w:t>
      </w:r>
    </w:p>
    <w:p w14:paraId="7C3AD247" w14:textId="77777777" w:rsidR="003552A4" w:rsidRDefault="00000000">
      <w:r>
        <w:t xml:space="preserve">   - Number in School: __________</w:t>
      </w:r>
    </w:p>
    <w:p w14:paraId="77A1F4E3" w14:textId="77777777" w:rsidR="003552A4" w:rsidRDefault="00000000">
      <w:r>
        <w:t xml:space="preserve">   - Number also applying for bursary: __________</w:t>
      </w:r>
    </w:p>
    <w:p w14:paraId="1B3C957D" w14:textId="77777777" w:rsidR="003552A4" w:rsidRDefault="00000000">
      <w:pPr>
        <w:pStyle w:val="Heading1"/>
      </w:pPr>
      <w:r>
        <w:t>SECTION C: FAMILY FINANCIAL STATUS</w:t>
      </w:r>
    </w:p>
    <w:p w14:paraId="7E3F9AF9" w14:textId="77777777" w:rsidR="003552A4" w:rsidRDefault="00000000">
      <w:r>
        <w:t>1. Type of Housing: ☐ Owned ☐ Rented ☐ Inherited</w:t>
      </w:r>
    </w:p>
    <w:p w14:paraId="692935FF" w14:textId="77777777" w:rsidR="003552A4" w:rsidRDefault="00000000">
      <w:r>
        <w:t>2. Estimated Monthly Household Expenditure (UGX):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552A4" w14:paraId="2C867291" w14:textId="77777777">
        <w:tc>
          <w:tcPr>
            <w:tcW w:w="4320" w:type="dxa"/>
          </w:tcPr>
          <w:p w14:paraId="6D095512" w14:textId="77777777" w:rsidR="003552A4" w:rsidRDefault="00000000">
            <w:r>
              <w:t>Rent/Housing</w:t>
            </w:r>
          </w:p>
        </w:tc>
        <w:tc>
          <w:tcPr>
            <w:tcW w:w="4320" w:type="dxa"/>
          </w:tcPr>
          <w:p w14:paraId="1A1180CA" w14:textId="77777777" w:rsidR="003552A4" w:rsidRDefault="003552A4"/>
        </w:tc>
      </w:tr>
      <w:tr w:rsidR="003552A4" w14:paraId="1B8326DE" w14:textId="77777777">
        <w:tc>
          <w:tcPr>
            <w:tcW w:w="4320" w:type="dxa"/>
          </w:tcPr>
          <w:p w14:paraId="3CE5EC75" w14:textId="77777777" w:rsidR="003552A4" w:rsidRDefault="00000000">
            <w:r>
              <w:t>Food</w:t>
            </w:r>
          </w:p>
        </w:tc>
        <w:tc>
          <w:tcPr>
            <w:tcW w:w="4320" w:type="dxa"/>
          </w:tcPr>
          <w:p w14:paraId="5BAD1ECB" w14:textId="77777777" w:rsidR="003552A4" w:rsidRDefault="003552A4"/>
        </w:tc>
      </w:tr>
      <w:tr w:rsidR="003552A4" w14:paraId="7EA488C1" w14:textId="77777777">
        <w:tc>
          <w:tcPr>
            <w:tcW w:w="4320" w:type="dxa"/>
          </w:tcPr>
          <w:p w14:paraId="1176D351" w14:textId="77777777" w:rsidR="003552A4" w:rsidRDefault="00000000">
            <w:r>
              <w:t>Transport</w:t>
            </w:r>
          </w:p>
        </w:tc>
        <w:tc>
          <w:tcPr>
            <w:tcW w:w="4320" w:type="dxa"/>
          </w:tcPr>
          <w:p w14:paraId="1695748A" w14:textId="77777777" w:rsidR="003552A4" w:rsidRDefault="003552A4"/>
        </w:tc>
      </w:tr>
      <w:tr w:rsidR="003552A4" w14:paraId="51DEE02A" w14:textId="77777777">
        <w:tc>
          <w:tcPr>
            <w:tcW w:w="4320" w:type="dxa"/>
          </w:tcPr>
          <w:p w14:paraId="091F3DEA" w14:textId="77777777" w:rsidR="003552A4" w:rsidRDefault="00000000">
            <w:r>
              <w:t>Medical Expenses</w:t>
            </w:r>
          </w:p>
        </w:tc>
        <w:tc>
          <w:tcPr>
            <w:tcW w:w="4320" w:type="dxa"/>
          </w:tcPr>
          <w:p w14:paraId="0E96FFC5" w14:textId="77777777" w:rsidR="003552A4" w:rsidRDefault="003552A4"/>
        </w:tc>
      </w:tr>
      <w:tr w:rsidR="003552A4" w14:paraId="21E65AF8" w14:textId="77777777">
        <w:tc>
          <w:tcPr>
            <w:tcW w:w="4320" w:type="dxa"/>
          </w:tcPr>
          <w:p w14:paraId="6E4A7C8D" w14:textId="77777777" w:rsidR="003552A4" w:rsidRDefault="00000000">
            <w:r>
              <w:t>School Fees (for others)</w:t>
            </w:r>
          </w:p>
        </w:tc>
        <w:tc>
          <w:tcPr>
            <w:tcW w:w="4320" w:type="dxa"/>
          </w:tcPr>
          <w:p w14:paraId="3A99307F" w14:textId="77777777" w:rsidR="003552A4" w:rsidRDefault="003552A4"/>
        </w:tc>
      </w:tr>
      <w:tr w:rsidR="003552A4" w14:paraId="448BBDD1" w14:textId="77777777">
        <w:tc>
          <w:tcPr>
            <w:tcW w:w="4320" w:type="dxa"/>
          </w:tcPr>
          <w:p w14:paraId="1D3CA5FA" w14:textId="77777777" w:rsidR="003552A4" w:rsidRDefault="00000000">
            <w:r>
              <w:t>Other (specify)</w:t>
            </w:r>
          </w:p>
        </w:tc>
        <w:tc>
          <w:tcPr>
            <w:tcW w:w="4320" w:type="dxa"/>
          </w:tcPr>
          <w:p w14:paraId="3AB81F0B" w14:textId="77777777" w:rsidR="003552A4" w:rsidRDefault="003552A4"/>
        </w:tc>
      </w:tr>
      <w:tr w:rsidR="003552A4" w14:paraId="1E883C32" w14:textId="77777777">
        <w:tc>
          <w:tcPr>
            <w:tcW w:w="4320" w:type="dxa"/>
          </w:tcPr>
          <w:p w14:paraId="3FFDC614" w14:textId="77777777" w:rsidR="003552A4" w:rsidRDefault="00000000">
            <w:r>
              <w:t>Total</w:t>
            </w:r>
          </w:p>
        </w:tc>
        <w:tc>
          <w:tcPr>
            <w:tcW w:w="4320" w:type="dxa"/>
          </w:tcPr>
          <w:p w14:paraId="05A4CE3A" w14:textId="77777777" w:rsidR="003552A4" w:rsidRDefault="003552A4"/>
        </w:tc>
      </w:tr>
    </w:tbl>
    <w:p w14:paraId="6B7A1BAF" w14:textId="77777777" w:rsidR="003552A4" w:rsidRDefault="00000000">
      <w:r>
        <w:t>3. Sources of Household Income (Tick all that apply):</w:t>
      </w:r>
    </w:p>
    <w:p w14:paraId="4684FA64" w14:textId="77777777" w:rsidR="003552A4" w:rsidRDefault="00000000">
      <w:r>
        <w:t>☐ Salary ☐ Farming ☐ Business ☐ Support from relatives ☐ Others (specify): ____________</w:t>
      </w:r>
    </w:p>
    <w:p w14:paraId="7686A4DE" w14:textId="77777777" w:rsidR="003552A4" w:rsidRDefault="00000000">
      <w:r>
        <w:t>4. Assets Owned:</w:t>
      </w:r>
    </w:p>
    <w:p w14:paraId="266FD0FC" w14:textId="77777777" w:rsidR="003552A4" w:rsidRDefault="00000000">
      <w:r>
        <w:t>☐ Land (Size: _______) ☐ Livestock ☐ Motorcycle/Car ☐ House (Type: ___________) ☐ None</w:t>
      </w:r>
    </w:p>
    <w:p w14:paraId="64A67F87" w14:textId="77777777" w:rsidR="00EA67EF" w:rsidRDefault="00EA67EF"/>
    <w:p w14:paraId="62B864B8" w14:textId="77777777" w:rsidR="00EA67EF" w:rsidRDefault="00EA67EF"/>
    <w:p w14:paraId="2AB12299" w14:textId="77777777" w:rsidR="003552A4" w:rsidRDefault="00000000">
      <w:pPr>
        <w:pStyle w:val="Heading1"/>
      </w:pPr>
      <w:r>
        <w:t>SECTION D: REASONS FOR SEEKING BURSARY</w:t>
      </w:r>
    </w:p>
    <w:p w14:paraId="68891342" w14:textId="77777777" w:rsidR="003552A4" w:rsidRDefault="00000000">
      <w:r>
        <w:t>Please explain briefly why you are applying for a bursary and how it will support your education.</w:t>
      </w:r>
    </w:p>
    <w:p w14:paraId="6DB4B659" w14:textId="77777777" w:rsidR="003552A4" w:rsidRDefault="00000000">
      <w:r>
        <w:t>___________________________________________________________________</w:t>
      </w:r>
    </w:p>
    <w:p w14:paraId="48C45956" w14:textId="77777777" w:rsidR="003552A4" w:rsidRDefault="00000000">
      <w:r>
        <w:t>___________________________________________________________________</w:t>
      </w:r>
    </w:p>
    <w:p w14:paraId="2FA40C63" w14:textId="77777777" w:rsidR="003552A4" w:rsidRDefault="00000000">
      <w:r>
        <w:t>___________________________________________________________________</w:t>
      </w:r>
    </w:p>
    <w:p w14:paraId="437C0B21" w14:textId="77777777" w:rsidR="003552A4" w:rsidRDefault="00000000">
      <w:r>
        <w:t>___________________________________________________________________</w:t>
      </w:r>
    </w:p>
    <w:p w14:paraId="08C3D0AD" w14:textId="77777777" w:rsidR="003552A4" w:rsidRDefault="00000000">
      <w:pPr>
        <w:pStyle w:val="Heading1"/>
      </w:pPr>
      <w:r>
        <w:t>SECTION E: DECLARATION</w:t>
      </w:r>
    </w:p>
    <w:p w14:paraId="5B292E99" w14:textId="77777777" w:rsidR="003552A4" w:rsidRDefault="00000000">
      <w:r>
        <w:t>I hereby declare that the information provided above is true and accurate to the best of my knowledge. I understand that any false information may lead to disqualification of this application.</w:t>
      </w:r>
    </w:p>
    <w:p w14:paraId="55ED94CC" w14:textId="77777777" w:rsidR="003552A4" w:rsidRDefault="00000000">
      <w:r>
        <w:t>Student’s Signature: _____________________   Date: ___ / ___ / ______</w:t>
      </w:r>
    </w:p>
    <w:p w14:paraId="1672418F" w14:textId="77777777" w:rsidR="003552A4" w:rsidRDefault="00000000">
      <w:r>
        <w:t>Parent/Guardian’s Signature: ______________ Date: ___ / ___ / ______</w:t>
      </w:r>
    </w:p>
    <w:p w14:paraId="3849D08F" w14:textId="77777777" w:rsidR="003552A4" w:rsidRDefault="00000000">
      <w:pPr>
        <w:pStyle w:val="Heading1"/>
      </w:pPr>
      <w:r>
        <w:t>SECTION F: SCHOOL RECOMMENDATION</w:t>
      </w:r>
    </w:p>
    <w:p w14:paraId="02D2CDFA" w14:textId="77777777" w:rsidR="003552A4" w:rsidRDefault="00000000">
      <w:r>
        <w:t>- Academic Performance: ☐ Excellent ☐ Good ☐ Fair ☐ Poor</w:t>
      </w:r>
    </w:p>
    <w:p w14:paraId="6C34A2FE" w14:textId="77777777" w:rsidR="003552A4" w:rsidRDefault="00000000">
      <w:r>
        <w:t>- Discipline Record: ☐ Very Good ☐ Satisfactory ☐ Needs Improvement</w:t>
      </w:r>
    </w:p>
    <w:p w14:paraId="3A5DECCD" w14:textId="77777777" w:rsidR="003552A4" w:rsidRDefault="00000000">
      <w:r>
        <w:t>- Any special circumstances worth considering:</w:t>
      </w:r>
    </w:p>
    <w:p w14:paraId="40524F10" w14:textId="77777777" w:rsidR="003552A4" w:rsidRDefault="00000000">
      <w:r>
        <w:t xml:space="preserve">  ___________________________________________________________</w:t>
      </w:r>
    </w:p>
    <w:p w14:paraId="30AFE371" w14:textId="77777777" w:rsidR="003552A4" w:rsidRDefault="00000000">
      <w:r>
        <w:t xml:space="preserve">  ___________________________________________________________</w:t>
      </w:r>
    </w:p>
    <w:p w14:paraId="66B53C97" w14:textId="77777777" w:rsidR="003552A4" w:rsidRDefault="00000000">
      <w:r>
        <w:t>Recommended for Bursary? ☐ Yes ☐ No</w:t>
      </w:r>
    </w:p>
    <w:p w14:paraId="51E26531" w14:textId="77777777" w:rsidR="003552A4" w:rsidRDefault="00000000">
      <w:r>
        <w:t>Remarks: _______________________________________________</w:t>
      </w:r>
    </w:p>
    <w:p w14:paraId="7550D7B3" w14:textId="77777777" w:rsidR="003552A4" w:rsidRDefault="00000000">
      <w:r>
        <w:t>Official Name &amp; Title: ___________________</w:t>
      </w:r>
    </w:p>
    <w:p w14:paraId="396FD222" w14:textId="77777777" w:rsidR="003552A4" w:rsidRDefault="00000000">
      <w:r>
        <w:t>Signature: ________________ Date: ___ / ___ / ______</w:t>
      </w:r>
    </w:p>
    <w:p w14:paraId="11DD2F9B" w14:textId="77777777" w:rsidR="003552A4" w:rsidRDefault="00000000">
      <w:pPr>
        <w:pStyle w:val="Heading1"/>
      </w:pPr>
      <w:r>
        <w:lastRenderedPageBreak/>
        <w:t>ATTACHMENTS REQUIRED</w:t>
      </w:r>
    </w:p>
    <w:p w14:paraId="6D780B32" w14:textId="77777777" w:rsidR="003552A4" w:rsidRDefault="00000000">
      <w:r>
        <w:t>Please attach the following (photocopies only):</w:t>
      </w:r>
    </w:p>
    <w:p w14:paraId="31527EB7" w14:textId="77777777" w:rsidR="003552A4" w:rsidRDefault="00000000">
      <w:r>
        <w:t>- Student’s most recent report card</w:t>
      </w:r>
    </w:p>
    <w:p w14:paraId="44D40E91" w14:textId="77777777" w:rsidR="003552A4" w:rsidRDefault="00000000">
      <w:r>
        <w:t>- Recommendation letter (if available)</w:t>
      </w:r>
    </w:p>
    <w:p w14:paraId="163FB396" w14:textId="77777777" w:rsidR="003552A4" w:rsidRDefault="00000000">
      <w:r>
        <w:t>- Any medical, death, or support documents (if applicable)</w:t>
      </w:r>
    </w:p>
    <w:p w14:paraId="24D92BFB" w14:textId="77777777" w:rsidR="003552A4" w:rsidRDefault="00000000">
      <w:r>
        <w:t>- A passport-size photo of the applicant</w:t>
      </w:r>
    </w:p>
    <w:p w14:paraId="51A4814F" w14:textId="77777777" w:rsidR="00AC00A0" w:rsidRDefault="00AC00A0"/>
    <w:p w14:paraId="3A78EF49" w14:textId="77777777" w:rsidR="003552A4" w:rsidRDefault="00000000">
      <w:pPr>
        <w:pStyle w:val="Heading1"/>
      </w:pPr>
      <w: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3552A4" w14:paraId="599360E3" w14:textId="77777777">
        <w:tc>
          <w:tcPr>
            <w:tcW w:w="4320" w:type="dxa"/>
          </w:tcPr>
          <w:p w14:paraId="4C8098B6" w14:textId="77777777" w:rsidR="003552A4" w:rsidRDefault="00000000">
            <w:r>
              <w:t>Application Status</w:t>
            </w:r>
          </w:p>
        </w:tc>
        <w:tc>
          <w:tcPr>
            <w:tcW w:w="4320" w:type="dxa"/>
          </w:tcPr>
          <w:p w14:paraId="7C6F6C1C" w14:textId="77777777" w:rsidR="003552A4" w:rsidRDefault="00000000">
            <w:r>
              <w:t>☐ Approved ☐ Rejected ☐ Pending Review</w:t>
            </w:r>
          </w:p>
        </w:tc>
      </w:tr>
      <w:tr w:rsidR="003552A4" w14:paraId="5A0768DE" w14:textId="77777777">
        <w:tc>
          <w:tcPr>
            <w:tcW w:w="4320" w:type="dxa"/>
          </w:tcPr>
          <w:p w14:paraId="05F8C1E7" w14:textId="77777777" w:rsidR="003552A4" w:rsidRDefault="00000000">
            <w:r>
              <w:t>Amount Awarded (UGX):</w:t>
            </w:r>
          </w:p>
        </w:tc>
        <w:tc>
          <w:tcPr>
            <w:tcW w:w="4320" w:type="dxa"/>
          </w:tcPr>
          <w:p w14:paraId="333381CD" w14:textId="77777777" w:rsidR="003552A4" w:rsidRDefault="003552A4"/>
        </w:tc>
      </w:tr>
      <w:tr w:rsidR="003552A4" w14:paraId="4A95F6B9" w14:textId="77777777">
        <w:tc>
          <w:tcPr>
            <w:tcW w:w="4320" w:type="dxa"/>
          </w:tcPr>
          <w:p w14:paraId="694EECDB" w14:textId="77777777" w:rsidR="003552A4" w:rsidRDefault="00000000">
            <w:r>
              <w:t>Term Covered:</w:t>
            </w:r>
          </w:p>
        </w:tc>
        <w:tc>
          <w:tcPr>
            <w:tcW w:w="4320" w:type="dxa"/>
          </w:tcPr>
          <w:p w14:paraId="13E17018" w14:textId="77777777" w:rsidR="003552A4" w:rsidRDefault="00000000">
            <w:r>
              <w:t>☐ Term I ☐ Term II ☐ Term III</w:t>
            </w:r>
          </w:p>
        </w:tc>
      </w:tr>
      <w:tr w:rsidR="003552A4" w14:paraId="3C9559C6" w14:textId="77777777">
        <w:tc>
          <w:tcPr>
            <w:tcW w:w="4320" w:type="dxa"/>
          </w:tcPr>
          <w:p w14:paraId="76270546" w14:textId="77777777" w:rsidR="003552A4" w:rsidRDefault="00000000">
            <w:r>
              <w:t>Approved By:</w:t>
            </w:r>
          </w:p>
        </w:tc>
        <w:tc>
          <w:tcPr>
            <w:tcW w:w="4320" w:type="dxa"/>
          </w:tcPr>
          <w:p w14:paraId="5202481D" w14:textId="77777777" w:rsidR="003552A4" w:rsidRDefault="00000000">
            <w:r>
              <w:t>Signature: _____________    Date: ___ / ___ / ______</w:t>
            </w:r>
          </w:p>
        </w:tc>
      </w:tr>
    </w:tbl>
    <w:p w14:paraId="48A1E795" w14:textId="77777777" w:rsidR="00481C5B" w:rsidRDefault="00481C5B"/>
    <w:sectPr w:rsidR="00481C5B" w:rsidSect="00217E7D">
      <w:footerReference w:type="default" r:id="rId12"/>
      <w:pgSz w:w="12240" w:h="15840"/>
      <w:pgMar w:top="1440" w:right="1800" w:bottom="1440" w:left="1800" w:header="720" w:footer="720" w:gutter="0"/>
      <w:pgBorders w:offsetFrom="page">
        <w:top w:val="single" w:sz="36" w:space="24" w:color="00B050" w:shadow="1"/>
        <w:left w:val="single" w:sz="36" w:space="24" w:color="00B050" w:shadow="1"/>
        <w:bottom w:val="single" w:sz="36" w:space="24" w:color="00B050" w:shadow="1"/>
        <w:right w:val="single" w:sz="36" w:space="24" w:color="00B05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10CCC" w14:textId="77777777" w:rsidR="00481C5B" w:rsidRDefault="00481C5B" w:rsidP="00217E7D">
      <w:pPr>
        <w:spacing w:after="0" w:line="240" w:lineRule="auto"/>
      </w:pPr>
      <w:r>
        <w:separator/>
      </w:r>
    </w:p>
  </w:endnote>
  <w:endnote w:type="continuationSeparator" w:id="0">
    <w:p w14:paraId="2DE34CE6" w14:textId="77777777" w:rsidR="00481C5B" w:rsidRDefault="00481C5B" w:rsidP="00217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318D7" w14:textId="502B4CD9" w:rsidR="00217E7D" w:rsidRPr="004800A0" w:rsidRDefault="00217E7D" w:rsidP="00217E7D">
    <w:pPr>
      <w:pStyle w:val="Footer"/>
      <w:jc w:val="center"/>
      <w:rPr>
        <w:b/>
        <w:bCs/>
        <w:sz w:val="32"/>
        <w:szCs w:val="28"/>
      </w:rPr>
    </w:pPr>
    <w:r w:rsidRPr="004800A0">
      <w:rPr>
        <w:b/>
        <w:bCs/>
        <w:sz w:val="32"/>
        <w:szCs w:val="28"/>
      </w:rPr>
      <w:t>INSPIRE FOR THE BEST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730AC" w14:textId="77777777" w:rsidR="00481C5B" w:rsidRDefault="00481C5B" w:rsidP="00217E7D">
      <w:pPr>
        <w:spacing w:after="0" w:line="240" w:lineRule="auto"/>
      </w:pPr>
      <w:r>
        <w:separator/>
      </w:r>
    </w:p>
  </w:footnote>
  <w:footnote w:type="continuationSeparator" w:id="0">
    <w:p w14:paraId="12CDB46E" w14:textId="77777777" w:rsidR="00481C5B" w:rsidRDefault="00481C5B" w:rsidP="00217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7292166">
    <w:abstractNumId w:val="8"/>
  </w:num>
  <w:num w:numId="2" w16cid:durableId="1998609976">
    <w:abstractNumId w:val="6"/>
  </w:num>
  <w:num w:numId="3" w16cid:durableId="26179765">
    <w:abstractNumId w:val="5"/>
  </w:num>
  <w:num w:numId="4" w16cid:durableId="422117888">
    <w:abstractNumId w:val="4"/>
  </w:num>
  <w:num w:numId="5" w16cid:durableId="1518544684">
    <w:abstractNumId w:val="7"/>
  </w:num>
  <w:num w:numId="6" w16cid:durableId="1038550598">
    <w:abstractNumId w:val="3"/>
  </w:num>
  <w:num w:numId="7" w16cid:durableId="511183559">
    <w:abstractNumId w:val="2"/>
  </w:num>
  <w:num w:numId="8" w16cid:durableId="1626539231">
    <w:abstractNumId w:val="1"/>
  </w:num>
  <w:num w:numId="9" w16cid:durableId="1766612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E7D"/>
    <w:rsid w:val="0029639D"/>
    <w:rsid w:val="00326F90"/>
    <w:rsid w:val="003552A4"/>
    <w:rsid w:val="00430EC0"/>
    <w:rsid w:val="004800A0"/>
    <w:rsid w:val="00481C5B"/>
    <w:rsid w:val="00483364"/>
    <w:rsid w:val="005B64CC"/>
    <w:rsid w:val="006F2AAB"/>
    <w:rsid w:val="00943630"/>
    <w:rsid w:val="0094514D"/>
    <w:rsid w:val="00AA1D8D"/>
    <w:rsid w:val="00AC00A0"/>
    <w:rsid w:val="00B47730"/>
    <w:rsid w:val="00C86538"/>
    <w:rsid w:val="00CB0664"/>
    <w:rsid w:val="00EA67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0D08A1"/>
  <w14:defaultImageDpi w14:val="300"/>
  <w15:docId w15:val="{73E98724-F911-41B1-A854-F6404E4A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uiPriority w:val="99"/>
    <w:unhideWhenUsed/>
    <w:rsid w:val="006F2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mailto:Richmondcollege31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KAGGWA  ABDUL</dc:creator>
  <cp:keywords/>
  <dc:description>generated by python-docx</dc:description>
  <cp:lastModifiedBy>KAGGWA ABDUL</cp:lastModifiedBy>
  <cp:revision>2</cp:revision>
  <dcterms:created xsi:type="dcterms:W3CDTF">2025-07-26T13:48:00Z</dcterms:created>
  <dcterms:modified xsi:type="dcterms:W3CDTF">2025-07-26T13:48:00Z</dcterms:modified>
  <cp:category/>
</cp:coreProperties>
</file>